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A2C16" w14:textId="683AE88B" w:rsidR="00B34A97" w:rsidRDefault="00837A8D">
      <w:pPr>
        <w:jc w:val="center"/>
      </w:pPr>
      <w:r>
        <w:rPr>
          <w:b/>
          <w:noProof/>
          <w:color w:val="237D77"/>
          <w:sz w:val="34"/>
        </w:rPr>
        <w:drawing>
          <wp:inline distT="0" distB="0" distL="0" distR="0" wp14:anchorId="5DFFE29A" wp14:editId="25609416">
            <wp:extent cx="1581150" cy="884993"/>
            <wp:effectExtent l="0" t="0" r="0" b="0"/>
            <wp:docPr id="2071396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396260" name="Picture 20713962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0196" cy="92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A34A4" w14:textId="77777777" w:rsidR="00B34A97" w:rsidRDefault="00000000">
      <w:pPr>
        <w:jc w:val="center"/>
      </w:pPr>
      <w:r>
        <w:rPr>
          <w:b/>
          <w:sz w:val="26"/>
        </w:rPr>
        <w:t>HOJA DE TRABAJO: MI PLAN DE CONTRATACIÓN Y RECLUTAMIENTO</w:t>
      </w:r>
    </w:p>
    <w:p w14:paraId="2F823997" w14:textId="77777777" w:rsidR="00B34A97" w:rsidRDefault="00000000">
      <w:pPr>
        <w:jc w:val="center"/>
      </w:pPr>
      <w:r>
        <w:rPr>
          <w:i/>
          <w:sz w:val="17"/>
        </w:rPr>
        <w:t>Contrata con propósito • Encuentra a la persona adecuada para el puesto adecuado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00"/>
        <w:gridCol w:w="2700"/>
        <w:gridCol w:w="2700"/>
        <w:gridCol w:w="2700"/>
      </w:tblGrid>
      <w:tr w:rsidR="00B34A97" w14:paraId="19B9CA37" w14:textId="77777777">
        <w:trPr>
          <w:jc w:val="center"/>
        </w:trPr>
        <w:tc>
          <w:tcPr>
            <w:tcW w:w="5400" w:type="dxa"/>
            <w:gridSpan w:val="2"/>
            <w:shd w:val="clear" w:color="auto" w:fill="237D77"/>
            <w:vAlign w:val="center"/>
          </w:tcPr>
          <w:p w14:paraId="31E830AB" w14:textId="77777777" w:rsidR="00B34A97" w:rsidRDefault="00000000">
            <w:r>
              <w:rPr>
                <w:b/>
                <w:color w:val="FFFFFF"/>
                <w:sz w:val="20"/>
              </w:rPr>
              <w:t>1. DEFINE LA NECESIDAD</w:t>
            </w:r>
          </w:p>
        </w:tc>
        <w:tc>
          <w:tcPr>
            <w:tcW w:w="5400" w:type="dxa"/>
            <w:gridSpan w:val="2"/>
            <w:shd w:val="clear" w:color="auto" w:fill="E6AB46"/>
            <w:vAlign w:val="center"/>
          </w:tcPr>
          <w:p w14:paraId="339FEFA8" w14:textId="77777777" w:rsidR="00B34A97" w:rsidRDefault="00000000">
            <w:r>
              <w:rPr>
                <w:b/>
                <w:color w:val="FFFFFF"/>
                <w:sz w:val="20"/>
              </w:rPr>
              <w:t>2. ¿A QUIÉN ESTOY BUSCANDO?</w:t>
            </w:r>
          </w:p>
        </w:tc>
      </w:tr>
      <w:tr w:rsidR="00B34A97" w14:paraId="5E843A93" w14:textId="77777777">
        <w:trPr>
          <w:jc w:val="center"/>
        </w:trPr>
        <w:tc>
          <w:tcPr>
            <w:tcW w:w="5400" w:type="dxa"/>
            <w:gridSpan w:val="2"/>
            <w:vAlign w:val="center"/>
          </w:tcPr>
          <w:p w14:paraId="078F4CB7" w14:textId="77777777" w:rsidR="00B34A97" w:rsidRDefault="00000000">
            <w:r>
              <w:rPr>
                <w:sz w:val="17"/>
              </w:rPr>
              <w:t>Puesto: ______________________________</w:t>
            </w:r>
            <w:r>
              <w:rPr>
                <w:sz w:val="17"/>
              </w:rPr>
              <w:br/>
              <w:t>Número de vacantes: ______  Horario/turno: __________________</w:t>
            </w:r>
            <w:r>
              <w:rPr>
                <w:sz w:val="17"/>
              </w:rPr>
              <w:br/>
              <w:t>Salario/rango: ________________________  Fecha ideal de inicio: __________</w:t>
            </w:r>
          </w:p>
        </w:tc>
        <w:tc>
          <w:tcPr>
            <w:tcW w:w="5400" w:type="dxa"/>
            <w:gridSpan w:val="2"/>
            <w:vAlign w:val="center"/>
          </w:tcPr>
          <w:p w14:paraId="1F7ECCD1" w14:textId="77777777" w:rsidR="00B34A97" w:rsidRDefault="00000000">
            <w:r>
              <w:rPr>
                <w:sz w:val="17"/>
              </w:rPr>
              <w:t>3 requisitos INDISPENSABLES:</w:t>
            </w:r>
            <w:r>
              <w:rPr>
                <w:sz w:val="17"/>
              </w:rPr>
              <w:br/>
              <w:t>1. ______________________________</w:t>
            </w:r>
            <w:r>
              <w:rPr>
                <w:sz w:val="17"/>
              </w:rPr>
              <w:br/>
              <w:t>2. ______________________________</w:t>
            </w:r>
            <w:r>
              <w:rPr>
                <w:sz w:val="17"/>
              </w:rPr>
              <w:br/>
              <w:t>3. ______________________________</w:t>
            </w:r>
            <w:r>
              <w:rPr>
                <w:sz w:val="17"/>
              </w:rPr>
              <w:br/>
              <w:t>¿Qué habilidades puedo enseñar? ______________________________</w:t>
            </w:r>
          </w:p>
        </w:tc>
      </w:tr>
      <w:tr w:rsidR="00B34A97" w14:paraId="437FCD02" w14:textId="77777777">
        <w:trPr>
          <w:jc w:val="center"/>
        </w:trPr>
        <w:tc>
          <w:tcPr>
            <w:tcW w:w="10800" w:type="dxa"/>
            <w:gridSpan w:val="4"/>
            <w:shd w:val="clear" w:color="auto" w:fill="1F2F43"/>
            <w:vAlign w:val="center"/>
          </w:tcPr>
          <w:p w14:paraId="11C812A4" w14:textId="77777777" w:rsidR="00B34A97" w:rsidRDefault="00000000">
            <w:r>
              <w:rPr>
                <w:b/>
                <w:color w:val="FFFFFF"/>
                <w:sz w:val="21"/>
              </w:rPr>
              <w:t>3. ¿CÓMO SE VE EL ÉXITO?</w:t>
            </w:r>
          </w:p>
        </w:tc>
      </w:tr>
      <w:tr w:rsidR="00B34A97" w14:paraId="2F1EB0C6" w14:textId="77777777">
        <w:tblPrEx>
          <w:jc w:val="left"/>
        </w:tblPrEx>
        <w:tc>
          <w:tcPr>
            <w:tcW w:w="10800" w:type="dxa"/>
            <w:gridSpan w:val="4"/>
            <w:vAlign w:val="center"/>
          </w:tcPr>
          <w:p w14:paraId="18E89EBE" w14:textId="77777777" w:rsidR="00B34A97" w:rsidRDefault="00000000">
            <w:r>
              <w:rPr>
                <w:sz w:val="17"/>
              </w:rPr>
              <w:t>30 días: ______________________________________________________________________</w:t>
            </w:r>
            <w:r>
              <w:rPr>
                <w:sz w:val="17"/>
              </w:rPr>
              <w:br/>
              <w:t>60 días: ______________________________________________________________________</w:t>
            </w:r>
            <w:r>
              <w:rPr>
                <w:sz w:val="17"/>
              </w:rPr>
              <w:br/>
              <w:t>90 días: ______________________________________________________________________</w:t>
            </w:r>
          </w:p>
        </w:tc>
      </w:tr>
      <w:tr w:rsidR="00B34A97" w14:paraId="1828AA05" w14:textId="77777777">
        <w:trPr>
          <w:jc w:val="center"/>
        </w:trPr>
        <w:tc>
          <w:tcPr>
            <w:tcW w:w="5400" w:type="dxa"/>
            <w:gridSpan w:val="2"/>
            <w:shd w:val="clear" w:color="auto" w:fill="237D77"/>
            <w:vAlign w:val="center"/>
          </w:tcPr>
          <w:p w14:paraId="477055ED" w14:textId="77777777" w:rsidR="00B34A97" w:rsidRDefault="00000000">
            <w:r>
              <w:rPr>
                <w:b/>
                <w:color w:val="FFFFFF"/>
                <w:sz w:val="20"/>
              </w:rPr>
              <w:t>4. ¿DÓNDE VOY A RECLUTAR?</w:t>
            </w:r>
          </w:p>
        </w:tc>
        <w:tc>
          <w:tcPr>
            <w:tcW w:w="5400" w:type="dxa"/>
            <w:gridSpan w:val="2"/>
            <w:shd w:val="clear" w:color="auto" w:fill="E6AB46"/>
            <w:vAlign w:val="center"/>
          </w:tcPr>
          <w:p w14:paraId="3B9D2F34" w14:textId="77777777" w:rsidR="00B34A97" w:rsidRDefault="00000000">
            <w:r>
              <w:rPr>
                <w:b/>
                <w:color w:val="FFFFFF"/>
                <w:sz w:val="20"/>
              </w:rPr>
              <w:t>5. ¿CÓMO VOY A FILTRAR?</w:t>
            </w:r>
          </w:p>
        </w:tc>
      </w:tr>
      <w:tr w:rsidR="00B34A97" w14:paraId="7616954B" w14:textId="77777777">
        <w:trPr>
          <w:jc w:val="center"/>
        </w:trPr>
        <w:tc>
          <w:tcPr>
            <w:tcW w:w="5400" w:type="dxa"/>
            <w:gridSpan w:val="2"/>
            <w:vAlign w:val="center"/>
          </w:tcPr>
          <w:p w14:paraId="6B0F4A45" w14:textId="77777777" w:rsidR="00B34A97" w:rsidRDefault="00000000">
            <w:r>
              <w:rPr>
                <w:sz w:val="17"/>
              </w:rPr>
              <w:t>☐ Redes sociales   ☐ Referidos   ☐ WorkSource</w:t>
            </w:r>
            <w:r>
              <w:rPr>
                <w:sz w:val="17"/>
              </w:rPr>
              <w:br/>
              <w:t>☐ Eventos de contratación   ☐ Escuelas/programas   ☐ Otro: __________</w:t>
            </w:r>
            <w:r>
              <w:rPr>
                <w:sz w:val="17"/>
              </w:rPr>
              <w:br/>
              <w:t>¿Dónde encontraré a MI candidato ideal? ______________________________</w:t>
            </w:r>
          </w:p>
        </w:tc>
        <w:tc>
          <w:tcPr>
            <w:tcW w:w="5400" w:type="dxa"/>
            <w:gridSpan w:val="2"/>
            <w:vAlign w:val="center"/>
          </w:tcPr>
          <w:p w14:paraId="44A12BB5" w14:textId="77777777" w:rsidR="00B34A97" w:rsidRDefault="00000000">
            <w:r>
              <w:rPr>
                <w:sz w:val="17"/>
              </w:rPr>
              <w:t>Antes de entrevistar necesito confirmar:</w:t>
            </w:r>
            <w:r>
              <w:rPr>
                <w:sz w:val="17"/>
              </w:rPr>
              <w:br/>
              <w:t>1. ______________________________</w:t>
            </w:r>
            <w:r>
              <w:rPr>
                <w:sz w:val="17"/>
              </w:rPr>
              <w:br/>
              <w:t>2. ______________________________</w:t>
            </w:r>
            <w:r>
              <w:rPr>
                <w:sz w:val="17"/>
              </w:rPr>
              <w:br/>
              <w:t>3. ______________________________</w:t>
            </w:r>
            <w:r>
              <w:rPr>
                <w:sz w:val="17"/>
              </w:rPr>
              <w:br/>
              <w:t>Tiempo para revisar candidatos: __________</w:t>
            </w:r>
          </w:p>
        </w:tc>
      </w:tr>
      <w:tr w:rsidR="00B34A97" w14:paraId="1988612E" w14:textId="77777777">
        <w:trPr>
          <w:jc w:val="center"/>
        </w:trPr>
        <w:tc>
          <w:tcPr>
            <w:tcW w:w="10800" w:type="dxa"/>
            <w:gridSpan w:val="4"/>
            <w:shd w:val="clear" w:color="auto" w:fill="1F2F43"/>
            <w:vAlign w:val="center"/>
          </w:tcPr>
          <w:p w14:paraId="5B6A5694" w14:textId="77777777" w:rsidR="00B34A97" w:rsidRDefault="00000000">
            <w:r>
              <w:rPr>
                <w:b/>
                <w:color w:val="FFFFFF"/>
                <w:sz w:val="21"/>
              </w:rPr>
              <w:t>6. MIS 5 PREGUNTAS CLAVE DE ENTREVISTA</w:t>
            </w:r>
          </w:p>
        </w:tc>
      </w:tr>
      <w:tr w:rsidR="00B34A97" w14:paraId="7813DA56" w14:textId="77777777">
        <w:tblPrEx>
          <w:jc w:val="left"/>
        </w:tblPrEx>
        <w:tc>
          <w:tcPr>
            <w:tcW w:w="10800" w:type="dxa"/>
            <w:gridSpan w:val="4"/>
            <w:vAlign w:val="center"/>
          </w:tcPr>
          <w:p w14:paraId="2004ED64" w14:textId="77777777" w:rsidR="00B34A97" w:rsidRDefault="00000000">
            <w:r>
              <w:rPr>
                <w:sz w:val="17"/>
              </w:rPr>
              <w:t>1. __________________________________________________________________________</w:t>
            </w:r>
            <w:r>
              <w:rPr>
                <w:sz w:val="17"/>
              </w:rPr>
              <w:br/>
              <w:t>2. __________________________________________________________________________</w:t>
            </w:r>
            <w:r>
              <w:rPr>
                <w:sz w:val="17"/>
              </w:rPr>
              <w:br/>
              <w:t>3. __________________________________________________________________________</w:t>
            </w:r>
            <w:r>
              <w:rPr>
                <w:sz w:val="17"/>
              </w:rPr>
              <w:br/>
              <w:t>4. __________________________________________________________________________</w:t>
            </w:r>
            <w:r>
              <w:rPr>
                <w:sz w:val="17"/>
              </w:rPr>
              <w:br/>
              <w:t>5. __________________________________________________________________________</w:t>
            </w:r>
            <w:r>
              <w:rPr>
                <w:sz w:val="17"/>
              </w:rPr>
              <w:br/>
              <w:t>💡 Consejo: pide ejemplos: “Cuéntame de una ocasión en la que…”</w:t>
            </w:r>
          </w:p>
        </w:tc>
      </w:tr>
      <w:tr w:rsidR="00B34A97" w14:paraId="06A14BD4" w14:textId="77777777">
        <w:trPr>
          <w:jc w:val="center"/>
        </w:trPr>
        <w:tc>
          <w:tcPr>
            <w:tcW w:w="2700" w:type="dxa"/>
            <w:shd w:val="clear" w:color="auto" w:fill="237D77"/>
            <w:vAlign w:val="center"/>
          </w:tcPr>
          <w:p w14:paraId="2CABFA3F" w14:textId="77777777" w:rsidR="00B34A97" w:rsidRDefault="00000000">
            <w:r>
              <w:rPr>
                <w:b/>
                <w:color w:val="FFFFFF"/>
                <w:sz w:val="17"/>
              </w:rPr>
              <w:t>PUBLICAR / RECLUTAR</w:t>
            </w:r>
          </w:p>
        </w:tc>
        <w:tc>
          <w:tcPr>
            <w:tcW w:w="2700" w:type="dxa"/>
            <w:shd w:val="clear" w:color="auto" w:fill="237D77"/>
            <w:vAlign w:val="center"/>
          </w:tcPr>
          <w:p w14:paraId="5CAC1708" w14:textId="77777777" w:rsidR="00B34A97" w:rsidRDefault="00000000">
            <w:r>
              <w:rPr>
                <w:b/>
                <w:color w:val="FFFFFF"/>
                <w:sz w:val="17"/>
              </w:rPr>
              <w:t>FILTRAR</w:t>
            </w:r>
          </w:p>
        </w:tc>
        <w:tc>
          <w:tcPr>
            <w:tcW w:w="2700" w:type="dxa"/>
            <w:shd w:val="clear" w:color="auto" w:fill="237D77"/>
            <w:vAlign w:val="center"/>
          </w:tcPr>
          <w:p w14:paraId="50FC6712" w14:textId="77777777" w:rsidR="00B34A97" w:rsidRDefault="00000000">
            <w:r>
              <w:rPr>
                <w:b/>
                <w:color w:val="FFFFFF"/>
                <w:sz w:val="17"/>
              </w:rPr>
              <w:t>ENTREVISTAR</w:t>
            </w:r>
          </w:p>
        </w:tc>
        <w:tc>
          <w:tcPr>
            <w:tcW w:w="2700" w:type="dxa"/>
            <w:shd w:val="clear" w:color="auto" w:fill="237D77"/>
            <w:vAlign w:val="center"/>
          </w:tcPr>
          <w:p w14:paraId="7E0AFD38" w14:textId="77777777" w:rsidR="00B34A97" w:rsidRDefault="00000000">
            <w:r>
              <w:rPr>
                <w:b/>
                <w:color w:val="FFFFFF"/>
                <w:sz w:val="17"/>
              </w:rPr>
              <w:t>DAR SEGUIMIENTO</w:t>
            </w:r>
          </w:p>
        </w:tc>
      </w:tr>
      <w:tr w:rsidR="00B34A97" w14:paraId="1228608D" w14:textId="77777777">
        <w:trPr>
          <w:jc w:val="center"/>
        </w:trPr>
        <w:tc>
          <w:tcPr>
            <w:tcW w:w="2700" w:type="dxa"/>
            <w:vAlign w:val="center"/>
          </w:tcPr>
          <w:p w14:paraId="74E6A881" w14:textId="77777777" w:rsidR="00B34A97" w:rsidRDefault="00000000">
            <w:r>
              <w:rPr>
                <w:sz w:val="16"/>
              </w:rPr>
              <w:t>Fecha: __________</w:t>
            </w:r>
            <w:r>
              <w:rPr>
                <w:sz w:val="16"/>
              </w:rPr>
              <w:br/>
              <w:t>Dónde: __________</w:t>
            </w:r>
          </w:p>
        </w:tc>
        <w:tc>
          <w:tcPr>
            <w:tcW w:w="2700" w:type="dxa"/>
            <w:vAlign w:val="center"/>
          </w:tcPr>
          <w:p w14:paraId="4FDB484F" w14:textId="77777777" w:rsidR="00B34A97" w:rsidRDefault="00000000">
            <w:r>
              <w:rPr>
                <w:sz w:val="16"/>
              </w:rPr>
              <w:t>Fecha: __________</w:t>
            </w:r>
            <w:r>
              <w:rPr>
                <w:sz w:val="16"/>
              </w:rPr>
              <w:br/>
              <w:t>Quién: __________</w:t>
            </w:r>
          </w:p>
        </w:tc>
        <w:tc>
          <w:tcPr>
            <w:tcW w:w="2700" w:type="dxa"/>
            <w:vAlign w:val="center"/>
          </w:tcPr>
          <w:p w14:paraId="2A71EAD3" w14:textId="77777777" w:rsidR="00B34A97" w:rsidRDefault="00000000">
            <w:r>
              <w:rPr>
                <w:sz w:val="16"/>
              </w:rPr>
              <w:t>Fecha: __________</w:t>
            </w:r>
            <w:r>
              <w:rPr>
                <w:sz w:val="16"/>
              </w:rPr>
              <w:br/>
              <w:t>Quién: __________</w:t>
            </w:r>
          </w:p>
        </w:tc>
        <w:tc>
          <w:tcPr>
            <w:tcW w:w="2700" w:type="dxa"/>
            <w:vAlign w:val="center"/>
          </w:tcPr>
          <w:p w14:paraId="6F4A583F" w14:textId="77777777" w:rsidR="00B34A97" w:rsidRDefault="00000000">
            <w:r>
              <w:rPr>
                <w:sz w:val="16"/>
              </w:rPr>
              <w:t>Fecha: __________</w:t>
            </w:r>
            <w:r>
              <w:rPr>
                <w:sz w:val="16"/>
              </w:rPr>
              <w:br/>
              <w:t>Cómo: __________</w:t>
            </w:r>
          </w:p>
        </w:tc>
      </w:tr>
      <w:tr w:rsidR="00B34A97" w14:paraId="6B50F3D3" w14:textId="77777777">
        <w:trPr>
          <w:jc w:val="center"/>
        </w:trPr>
        <w:tc>
          <w:tcPr>
            <w:tcW w:w="5400" w:type="dxa"/>
            <w:gridSpan w:val="2"/>
            <w:shd w:val="clear" w:color="auto" w:fill="E6AB46"/>
            <w:vAlign w:val="center"/>
          </w:tcPr>
          <w:p w14:paraId="320CB7D9" w14:textId="77777777" w:rsidR="00B34A97" w:rsidRDefault="00000000">
            <w:r>
              <w:rPr>
                <w:b/>
                <w:color w:val="FFFFFF"/>
                <w:sz w:val="20"/>
              </w:rPr>
              <w:t>7. MI DECISIÓN</w:t>
            </w:r>
          </w:p>
        </w:tc>
        <w:tc>
          <w:tcPr>
            <w:tcW w:w="5400" w:type="dxa"/>
            <w:gridSpan w:val="2"/>
            <w:shd w:val="clear" w:color="auto" w:fill="237D77"/>
            <w:vAlign w:val="center"/>
          </w:tcPr>
          <w:p w14:paraId="2CF5C345" w14:textId="77777777" w:rsidR="00B34A97" w:rsidRDefault="00000000">
            <w:r>
              <w:rPr>
                <w:b/>
                <w:color w:val="FFFFFF"/>
                <w:sz w:val="20"/>
              </w:rPr>
              <w:t>8. PRÓXIMO PASO</w:t>
            </w:r>
          </w:p>
        </w:tc>
      </w:tr>
      <w:tr w:rsidR="00B34A97" w14:paraId="2D496C88" w14:textId="77777777">
        <w:trPr>
          <w:jc w:val="center"/>
        </w:trPr>
        <w:tc>
          <w:tcPr>
            <w:tcW w:w="5400" w:type="dxa"/>
            <w:gridSpan w:val="2"/>
            <w:vAlign w:val="center"/>
          </w:tcPr>
          <w:p w14:paraId="1BA6C39D" w14:textId="77777777" w:rsidR="00B34A97" w:rsidRDefault="00000000">
            <w:r>
              <w:rPr>
                <w:sz w:val="17"/>
              </w:rPr>
              <w:t>Evaluaré candidatos según:</w:t>
            </w:r>
            <w:r>
              <w:rPr>
                <w:sz w:val="17"/>
              </w:rPr>
              <w:br/>
              <w:t>☐ Requisitos del puesto  ☐ Experiencia</w:t>
            </w:r>
            <w:r>
              <w:rPr>
                <w:sz w:val="17"/>
              </w:rPr>
              <w:br/>
              <w:t>☐ Habilidades/potencial  ☐ Disponibilidad</w:t>
            </w:r>
            <w:r>
              <w:rPr>
                <w:sz w:val="17"/>
              </w:rPr>
              <w:br/>
              <w:t>☐ Evidencia, no solo “química”</w:t>
            </w:r>
          </w:p>
        </w:tc>
        <w:tc>
          <w:tcPr>
            <w:tcW w:w="5400" w:type="dxa"/>
            <w:gridSpan w:val="2"/>
            <w:vAlign w:val="center"/>
          </w:tcPr>
          <w:p w14:paraId="67AB2F7B" w14:textId="77777777" w:rsidR="00B34A97" w:rsidRDefault="00000000">
            <w:r>
              <w:rPr>
                <w:sz w:val="17"/>
              </w:rPr>
              <w:t>Esta semana voy a: __________________________</w:t>
            </w:r>
            <w:r>
              <w:rPr>
                <w:sz w:val="17"/>
              </w:rPr>
              <w:br/>
              <w:t>____________________________________________</w:t>
            </w:r>
            <w:r>
              <w:rPr>
                <w:sz w:val="17"/>
              </w:rPr>
              <w:br/>
              <w:t>Fecha: ______________  Responsable: ______________</w:t>
            </w:r>
          </w:p>
        </w:tc>
      </w:tr>
    </w:tbl>
    <w:p w14:paraId="74D577FE" w14:textId="77777777" w:rsidR="00B34A97" w:rsidRDefault="00000000">
      <w:pPr>
        <w:jc w:val="center"/>
      </w:pPr>
      <w:r>
        <w:rPr>
          <w:b/>
          <w:color w:val="1F2F43"/>
          <w:sz w:val="19"/>
        </w:rPr>
        <w:t>RECUERDA: No busques a quien mejor entrevista. Busca a quien mejor cumple con lo que el puesto necesita.</w:t>
      </w:r>
    </w:p>
    <w:sectPr w:rsidR="00B34A97" w:rsidSect="0003461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518868">
    <w:abstractNumId w:val="8"/>
  </w:num>
  <w:num w:numId="2" w16cid:durableId="1762139498">
    <w:abstractNumId w:val="6"/>
  </w:num>
  <w:num w:numId="3" w16cid:durableId="724530518">
    <w:abstractNumId w:val="5"/>
  </w:num>
  <w:num w:numId="4" w16cid:durableId="1758794040">
    <w:abstractNumId w:val="4"/>
  </w:num>
  <w:num w:numId="5" w16cid:durableId="45641905">
    <w:abstractNumId w:val="7"/>
  </w:num>
  <w:num w:numId="6" w16cid:durableId="598563675">
    <w:abstractNumId w:val="3"/>
  </w:num>
  <w:num w:numId="7" w16cid:durableId="684357331">
    <w:abstractNumId w:val="2"/>
  </w:num>
  <w:num w:numId="8" w16cid:durableId="811869903">
    <w:abstractNumId w:val="1"/>
  </w:num>
  <w:num w:numId="9" w16cid:durableId="7579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442E"/>
    <w:rsid w:val="00755BDB"/>
    <w:rsid w:val="00837A8D"/>
    <w:rsid w:val="00AA1D8D"/>
    <w:rsid w:val="00B34A9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3D6BD3"/>
  <w14:defaultImageDpi w14:val="300"/>
  <w15:docId w15:val="{DC8C9B0A-7434-487B-BF87-70B072A5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Susy Moran</cp:lastModifiedBy>
  <cp:revision>2</cp:revision>
  <cp:lastPrinted>2026-08-31T15:04:00Z</cp:lastPrinted>
  <dcterms:created xsi:type="dcterms:W3CDTF">2013-12-23T23:15:00Z</dcterms:created>
  <dcterms:modified xsi:type="dcterms:W3CDTF">2026-08-31T15:04:00Z</dcterms:modified>
  <cp:category/>
</cp:coreProperties>
</file>